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BD89" w14:textId="77777777" w:rsidR="007A28B8" w:rsidRPr="005D136A" w:rsidRDefault="00DD591E" w:rsidP="005D136A">
      <w:pPr>
        <w:pStyle w:val="Heading1"/>
        <w:spacing w:before="0" w:line="360" w:lineRule="auto"/>
        <w:jc w:val="center"/>
        <w:rPr>
          <w:rFonts w:ascii="Times New Roman" w:hAnsi="Times New Roman" w:cs="Times New Roman"/>
          <w:color w:val="0000FF"/>
          <w:sz w:val="32"/>
          <w:szCs w:val="32"/>
        </w:rPr>
      </w:pPr>
      <w:r w:rsidRPr="005D136A">
        <w:rPr>
          <w:rFonts w:ascii="Times New Roman" w:hAnsi="Times New Roman" w:cs="Times New Roman"/>
          <w:color w:val="0000FF"/>
          <w:sz w:val="32"/>
          <w:szCs w:val="32"/>
        </w:rPr>
        <w:t>AI Tools Usage Declaration Form</w:t>
      </w:r>
    </w:p>
    <w:p w14:paraId="55D125BB" w14:textId="77777777" w:rsidR="007A28B8" w:rsidRPr="005D136A" w:rsidRDefault="00DD591E" w:rsidP="005D136A">
      <w:pPr>
        <w:spacing w:after="320" w:line="360" w:lineRule="auto"/>
        <w:jc w:val="center"/>
        <w:rPr>
          <w:rFonts w:ascii="Times New Roman" w:eastAsiaTheme="majorEastAsia" w:hAnsi="Times New Roman" w:cs="Times New Roman"/>
          <w:b/>
          <w:bCs/>
          <w:color w:val="0000FF"/>
          <w:sz w:val="24"/>
          <w:szCs w:val="24"/>
        </w:rPr>
      </w:pPr>
      <w:r w:rsidRPr="005D136A">
        <w:rPr>
          <w:rFonts w:ascii="Times New Roman" w:eastAsiaTheme="majorEastAsia" w:hAnsi="Times New Roman" w:cs="Times New Roman"/>
          <w:b/>
          <w:bCs/>
          <w:color w:val="0000FF"/>
          <w:sz w:val="24"/>
          <w:szCs w:val="24"/>
        </w:rPr>
        <w:t>for Scientific Manuscript Preparation</w:t>
      </w:r>
    </w:p>
    <w:p w14:paraId="53A16587" w14:textId="77777777" w:rsidR="00707973" w:rsidRPr="005D136A" w:rsidRDefault="00707973" w:rsidP="005D136A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t xml:space="preserve">This form has been designed in accordance with the Guidelines for the Use of Artificial Intelligence </w:t>
      </w:r>
      <w:r w:rsidR="002D6927" w:rsidRPr="005D136A">
        <w:rPr>
          <w:rFonts w:ascii="Times New Roman" w:hAnsi="Times New Roman" w:cs="Times New Roman"/>
        </w:rPr>
        <w:t xml:space="preserve">(AI) </w:t>
      </w:r>
      <w:r w:rsidRPr="005D136A">
        <w:rPr>
          <w:rFonts w:ascii="Times New Roman" w:hAnsi="Times New Roman" w:cs="Times New Roman"/>
        </w:rPr>
        <w:t>Tools in research. Its purpose is to ensure transparency and ethical commitment in the appropriate use of AI tools in the research and publication process.</w:t>
      </w:r>
    </w:p>
    <w:p w14:paraId="71C0C9C7" w14:textId="4645F094" w:rsidR="007A28B8" w:rsidRPr="005D136A" w:rsidRDefault="00DD591E" w:rsidP="005D136A">
      <w:pPr>
        <w:spacing w:after="0" w:line="360" w:lineRule="auto"/>
        <w:jc w:val="both"/>
        <w:rPr>
          <w:rFonts w:ascii="Times New Roman" w:eastAsiaTheme="majorEastAsia" w:hAnsi="Times New Roman" w:cs="Times New Roman"/>
          <w:b/>
          <w:bCs/>
          <w:color w:val="0000FF"/>
          <w:sz w:val="24"/>
          <w:szCs w:val="24"/>
        </w:rPr>
      </w:pPr>
      <w:r w:rsidRPr="005D136A">
        <w:rPr>
          <w:rFonts w:ascii="Times New Roman" w:eastAsiaTheme="majorEastAsia" w:hAnsi="Times New Roman" w:cs="Times New Roman"/>
          <w:b/>
          <w:bCs/>
          <w:color w:val="0000FF"/>
          <w:sz w:val="24"/>
          <w:szCs w:val="24"/>
        </w:rPr>
        <w:t>Section 1: Manuscript and Author Information</w:t>
      </w:r>
    </w:p>
    <w:p w14:paraId="0C09BA0D" w14:textId="2EF07F8D" w:rsidR="007A28B8" w:rsidRPr="005D136A" w:rsidRDefault="00DD591E" w:rsidP="005D136A">
      <w:pPr>
        <w:spacing w:line="360" w:lineRule="auto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t>Title of the Manuscript:</w:t>
      </w:r>
      <w:r w:rsidR="00707973" w:rsidRPr="005D136A">
        <w:rPr>
          <w:rFonts w:ascii="Times New Roman" w:hAnsi="Times New Roman" w:cs="Times New Roman"/>
        </w:rPr>
        <w:t xml:space="preserve">  </w:t>
      </w:r>
      <w:r w:rsidR="00BB7BE3" w:rsidRPr="005D136A">
        <w:rPr>
          <w:rFonts w:ascii="Times New Roman" w:hAnsi="Times New Roman" w:cs="Times New Roman"/>
        </w:rPr>
        <w:t>--------------------------------------------------------------------------------------------</w:t>
      </w:r>
      <w:r w:rsidRPr="005D136A">
        <w:rPr>
          <w:rFonts w:ascii="Times New Roman" w:hAnsi="Times New Roman" w:cs="Times New Roman"/>
        </w:rPr>
        <w:br/>
        <w:t>Corresponding Author:</w:t>
      </w:r>
      <w:r w:rsidR="00707973" w:rsidRPr="005D136A">
        <w:rPr>
          <w:rFonts w:ascii="Times New Roman" w:hAnsi="Times New Roman" w:cs="Times New Roman"/>
        </w:rPr>
        <w:t xml:space="preserve">  </w:t>
      </w:r>
      <w:r w:rsidR="00BB7BE3" w:rsidRPr="005D136A">
        <w:rPr>
          <w:rFonts w:ascii="Times New Roman" w:hAnsi="Times New Roman" w:cs="Times New Roman"/>
        </w:rPr>
        <w:t>--------------------------------------------------------------------------------------------</w:t>
      </w:r>
      <w:r w:rsidRPr="005D136A">
        <w:rPr>
          <w:rFonts w:ascii="Times New Roman" w:hAnsi="Times New Roman" w:cs="Times New Roman"/>
        </w:rPr>
        <w:br/>
        <w:t>Email Address:</w:t>
      </w:r>
      <w:r w:rsidR="00707973" w:rsidRPr="005D136A">
        <w:rPr>
          <w:rFonts w:ascii="Times New Roman" w:hAnsi="Times New Roman" w:cs="Times New Roman"/>
        </w:rPr>
        <w:t xml:space="preserve">  </w:t>
      </w:r>
      <w:r w:rsidR="00BB7BE3" w:rsidRPr="005D136A">
        <w:rPr>
          <w:rFonts w:ascii="Times New Roman" w:hAnsi="Times New Roman" w:cs="Times New Roman"/>
        </w:rPr>
        <w:t>------------------------------------------------------------------------------------------------------</w:t>
      </w:r>
      <w:r w:rsidRPr="005D136A">
        <w:rPr>
          <w:rFonts w:ascii="Times New Roman" w:hAnsi="Times New Roman" w:cs="Times New Roman"/>
        </w:rPr>
        <w:br/>
        <w:t>Co-authors:</w:t>
      </w:r>
      <w:r w:rsidR="00707973" w:rsidRPr="005D136A">
        <w:rPr>
          <w:rFonts w:ascii="Times New Roman" w:hAnsi="Times New Roman" w:cs="Times New Roman"/>
        </w:rPr>
        <w:t xml:space="preserve"> </w:t>
      </w:r>
      <w:r w:rsidR="00BB7BE3" w:rsidRPr="005D136A">
        <w:rPr>
          <w:rFonts w:ascii="Times New Roman" w:hAnsi="Times New Roman" w:cs="Times New Roman"/>
        </w:rPr>
        <w:t>-----------------------------------------------------------------------------------------------------------</w:t>
      </w:r>
    </w:p>
    <w:p w14:paraId="0655B34E" w14:textId="77777777" w:rsidR="007A28B8" w:rsidRPr="005D136A" w:rsidRDefault="00DD591E" w:rsidP="005D136A">
      <w:pPr>
        <w:pStyle w:val="Heading2"/>
        <w:spacing w:before="0" w:line="36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5D136A">
        <w:rPr>
          <w:rFonts w:ascii="Times New Roman" w:hAnsi="Times New Roman" w:cs="Times New Roman"/>
          <w:color w:val="0000FF"/>
          <w:sz w:val="24"/>
          <w:szCs w:val="24"/>
        </w:rPr>
        <w:t>Section 2: Statement on the Use of AI Tools</w:t>
      </w:r>
    </w:p>
    <w:p w14:paraId="20CC5D54" w14:textId="77777777" w:rsidR="002D6927" w:rsidRPr="005D136A" w:rsidRDefault="00DD591E" w:rsidP="005D136A">
      <w:pPr>
        <w:spacing w:after="0" w:line="360" w:lineRule="auto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t>Please select the appropriate option:</w:t>
      </w:r>
    </w:p>
    <w:p w14:paraId="5B251683" w14:textId="77777777" w:rsidR="007A28B8" w:rsidRPr="005D136A" w:rsidRDefault="00DD591E" w:rsidP="005D136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D136A">
        <w:rPr>
          <w:rFonts w:ascii="Segoe UI Symbol" w:hAnsi="Segoe UI Symbol" w:cs="Segoe UI Symbol"/>
        </w:rPr>
        <w:t>☐</w:t>
      </w:r>
      <w:r w:rsidRPr="005D136A">
        <w:rPr>
          <w:rFonts w:ascii="Times New Roman" w:hAnsi="Times New Roman" w:cs="Times New Roman"/>
        </w:rPr>
        <w:t xml:space="preserve"> </w:t>
      </w:r>
      <w:r w:rsidRPr="005D136A">
        <w:rPr>
          <w:rFonts w:ascii="Times New Roman" w:hAnsi="Times New Roman" w:cs="Times New Roman"/>
          <w:b/>
          <w:bCs/>
        </w:rPr>
        <w:t>No Use of AI Tools</w:t>
      </w:r>
      <w:r w:rsidRPr="005D136A">
        <w:rPr>
          <w:rFonts w:ascii="Times New Roman" w:hAnsi="Times New Roman" w:cs="Times New Roman"/>
        </w:rPr>
        <w:t xml:space="preserve">: No </w:t>
      </w:r>
      <w:r w:rsidR="001B76A4" w:rsidRPr="005D136A">
        <w:rPr>
          <w:rFonts w:ascii="Times New Roman" w:hAnsi="Times New Roman" w:cs="Times New Roman"/>
        </w:rPr>
        <w:t>AI</w:t>
      </w:r>
      <w:r w:rsidRPr="005D136A">
        <w:rPr>
          <w:rFonts w:ascii="Times New Roman" w:hAnsi="Times New Roman" w:cs="Times New Roman"/>
        </w:rPr>
        <w:t xml:space="preserve"> tools were used in the preparation of this manuscript.</w:t>
      </w:r>
    </w:p>
    <w:p w14:paraId="38DD85DE" w14:textId="77777777" w:rsidR="002D6927" w:rsidRPr="005D136A" w:rsidRDefault="00DD591E" w:rsidP="005D136A">
      <w:pPr>
        <w:spacing w:line="360" w:lineRule="auto"/>
        <w:ind w:left="340" w:hanging="340"/>
        <w:jc w:val="both"/>
        <w:rPr>
          <w:rFonts w:ascii="Times New Roman" w:hAnsi="Times New Roman" w:cs="Times New Roman"/>
        </w:rPr>
      </w:pPr>
      <w:r w:rsidRPr="005D136A">
        <w:rPr>
          <w:rFonts w:ascii="Segoe UI Symbol" w:hAnsi="Segoe UI Symbol" w:cs="Segoe UI Symbol"/>
        </w:rPr>
        <w:t>☐</w:t>
      </w:r>
      <w:r w:rsidR="00303A1C" w:rsidRPr="005D136A">
        <w:rPr>
          <w:rFonts w:ascii="Times New Roman" w:hAnsi="Times New Roman" w:cs="Times New Roman"/>
        </w:rPr>
        <w:t xml:space="preserve"> </w:t>
      </w:r>
      <w:r w:rsidRPr="005D136A">
        <w:rPr>
          <w:rFonts w:ascii="Times New Roman" w:hAnsi="Times New Roman" w:cs="Times New Roman"/>
          <w:b/>
          <w:bCs/>
        </w:rPr>
        <w:t>Use of AI Tools as Research Assistance</w:t>
      </w:r>
      <w:r w:rsidRPr="005D136A">
        <w:rPr>
          <w:rFonts w:ascii="Times New Roman" w:hAnsi="Times New Roman" w:cs="Times New Roman"/>
        </w:rPr>
        <w:t xml:space="preserve">: </w:t>
      </w:r>
      <w:r w:rsidR="001B76A4" w:rsidRPr="005D136A">
        <w:rPr>
          <w:rFonts w:ascii="Times New Roman" w:hAnsi="Times New Roman" w:cs="Times New Roman"/>
        </w:rPr>
        <w:t>AI</w:t>
      </w:r>
      <w:r w:rsidRPr="005D136A">
        <w:rPr>
          <w:rFonts w:ascii="Times New Roman" w:hAnsi="Times New Roman" w:cs="Times New Roman"/>
        </w:rPr>
        <w:t xml:space="preserve"> tools were used solely as supportive research assistants within the permitted scope outlined below.</w:t>
      </w:r>
    </w:p>
    <w:p w14:paraId="25656D2B" w14:textId="77777777" w:rsidR="00303A1C" w:rsidRPr="005D136A" w:rsidRDefault="00DD591E" w:rsidP="005D136A">
      <w:pPr>
        <w:spacing w:line="360" w:lineRule="auto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t>If the second option is selected, please specify: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1559"/>
        <w:gridCol w:w="3679"/>
      </w:tblGrid>
      <w:tr w:rsidR="001B76A4" w:rsidRPr="005D136A" w14:paraId="10A58A50" w14:textId="77777777" w:rsidTr="005D136A">
        <w:trPr>
          <w:trHeight w:val="429"/>
          <w:jc w:val="center"/>
        </w:trPr>
        <w:tc>
          <w:tcPr>
            <w:tcW w:w="3823" w:type="dxa"/>
            <w:shd w:val="clear" w:color="auto" w:fill="C6D9F1" w:themeFill="text2" w:themeFillTint="33"/>
            <w:vAlign w:val="center"/>
          </w:tcPr>
          <w:p w14:paraId="3F19C417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13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Area of Contribution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14:paraId="5A848C68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13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AI Used</w:t>
            </w:r>
          </w:p>
        </w:tc>
        <w:tc>
          <w:tcPr>
            <w:tcW w:w="3679" w:type="dxa"/>
            <w:shd w:val="clear" w:color="auto" w:fill="C6D9F1" w:themeFill="text2" w:themeFillTint="33"/>
            <w:vAlign w:val="center"/>
          </w:tcPr>
          <w:p w14:paraId="03D7A80F" w14:textId="77777777" w:rsidR="005D136A" w:rsidRDefault="001B76A4" w:rsidP="005D13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</w:rPr>
            </w:pPr>
            <w:r w:rsidRPr="005D13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 of Use</w:t>
            </w:r>
          </w:p>
          <w:p w14:paraId="2A0B5AC2" w14:textId="56B1F382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136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(including name of tool/software)</w:t>
            </w:r>
          </w:p>
        </w:tc>
      </w:tr>
      <w:tr w:rsidR="001B76A4" w:rsidRPr="005D136A" w14:paraId="7B1C864D" w14:textId="77777777" w:rsidTr="005D136A">
        <w:trPr>
          <w:trHeight w:val="415"/>
          <w:jc w:val="center"/>
        </w:trPr>
        <w:tc>
          <w:tcPr>
            <w:tcW w:w="3823" w:type="dxa"/>
            <w:vAlign w:val="center"/>
          </w:tcPr>
          <w:p w14:paraId="39B7DDA1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>Conceptualization / Idea Development</w:t>
            </w:r>
          </w:p>
        </w:tc>
        <w:tc>
          <w:tcPr>
            <w:tcW w:w="1559" w:type="dxa"/>
            <w:vAlign w:val="center"/>
          </w:tcPr>
          <w:p w14:paraId="5DBE36AA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36A">
              <w:rPr>
                <w:rFonts w:ascii="Segoe UI Symbol" w:hAnsi="Segoe UI Symbol" w:cs="Segoe UI Symbol"/>
              </w:rPr>
              <w:t>☐</w:t>
            </w: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 xml:space="preserve"> Yes    </w:t>
            </w:r>
            <w:r w:rsidRPr="005D136A">
              <w:rPr>
                <w:rFonts w:ascii="Segoe UI Symbol" w:hAnsi="Segoe UI Symbol" w:cs="Segoe UI Symbol"/>
              </w:rPr>
              <w:t>☐</w:t>
            </w:r>
            <w:r w:rsidRPr="005D136A">
              <w:rPr>
                <w:rFonts w:ascii="Times New Roman" w:hAnsi="Times New Roman" w:cs="Times New Roman"/>
              </w:rPr>
              <w:t xml:space="preserve"> </w:t>
            </w: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79" w:type="dxa"/>
            <w:vAlign w:val="center"/>
          </w:tcPr>
          <w:p w14:paraId="6543F50B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A4" w:rsidRPr="005D136A" w14:paraId="02536B3D" w14:textId="77777777" w:rsidTr="005D136A">
        <w:trPr>
          <w:trHeight w:val="549"/>
          <w:jc w:val="center"/>
        </w:trPr>
        <w:tc>
          <w:tcPr>
            <w:tcW w:w="3823" w:type="dxa"/>
            <w:vAlign w:val="center"/>
          </w:tcPr>
          <w:p w14:paraId="105939FA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>Literature Review / Source Search / Summarization</w:t>
            </w:r>
          </w:p>
        </w:tc>
        <w:tc>
          <w:tcPr>
            <w:tcW w:w="1559" w:type="dxa"/>
            <w:vAlign w:val="center"/>
          </w:tcPr>
          <w:p w14:paraId="4A11E4FE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36A">
              <w:rPr>
                <w:rFonts w:ascii="Segoe UI Symbol" w:hAnsi="Segoe UI Symbol" w:cs="Segoe UI Symbol"/>
              </w:rPr>
              <w:t>☐</w:t>
            </w: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 xml:space="preserve"> Yes    </w:t>
            </w:r>
            <w:r w:rsidRPr="005D136A">
              <w:rPr>
                <w:rFonts w:ascii="Segoe UI Symbol" w:hAnsi="Segoe UI Symbol" w:cs="Segoe UI Symbol"/>
              </w:rPr>
              <w:t>☐</w:t>
            </w:r>
            <w:r w:rsidRPr="005D136A">
              <w:rPr>
                <w:rFonts w:ascii="Times New Roman" w:hAnsi="Times New Roman" w:cs="Times New Roman"/>
              </w:rPr>
              <w:t xml:space="preserve"> </w:t>
            </w: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79" w:type="dxa"/>
            <w:vAlign w:val="center"/>
          </w:tcPr>
          <w:p w14:paraId="2B8AAE74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A4" w:rsidRPr="005D136A" w14:paraId="0D171AC8" w14:textId="77777777" w:rsidTr="005D136A">
        <w:trPr>
          <w:trHeight w:val="570"/>
          <w:jc w:val="center"/>
        </w:trPr>
        <w:tc>
          <w:tcPr>
            <w:tcW w:w="3823" w:type="dxa"/>
            <w:vAlign w:val="center"/>
          </w:tcPr>
          <w:p w14:paraId="57F03A83" w14:textId="77777777" w:rsid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>Content Generation</w:t>
            </w:r>
          </w:p>
          <w:p w14:paraId="5545C77E" w14:textId="3E6586C6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>(writing text, paragraphs, or sections)</w:t>
            </w:r>
          </w:p>
        </w:tc>
        <w:tc>
          <w:tcPr>
            <w:tcW w:w="1559" w:type="dxa"/>
            <w:vAlign w:val="center"/>
          </w:tcPr>
          <w:p w14:paraId="71031FCA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36A">
              <w:rPr>
                <w:rFonts w:ascii="Segoe UI Symbol" w:hAnsi="Segoe UI Symbol" w:cs="Segoe UI Symbol"/>
              </w:rPr>
              <w:t>☐</w:t>
            </w: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 xml:space="preserve"> Yes    </w:t>
            </w:r>
            <w:r w:rsidRPr="005D136A">
              <w:rPr>
                <w:rFonts w:ascii="Segoe UI Symbol" w:hAnsi="Segoe UI Symbol" w:cs="Segoe UI Symbol"/>
              </w:rPr>
              <w:t>☐</w:t>
            </w:r>
            <w:r w:rsidRPr="005D136A">
              <w:rPr>
                <w:rFonts w:ascii="Times New Roman" w:hAnsi="Times New Roman" w:cs="Times New Roman"/>
              </w:rPr>
              <w:t xml:space="preserve"> </w:t>
            </w: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79" w:type="dxa"/>
            <w:vAlign w:val="center"/>
          </w:tcPr>
          <w:p w14:paraId="1FE77242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A4" w:rsidRPr="005D136A" w14:paraId="1A8E8520" w14:textId="77777777" w:rsidTr="005D136A">
        <w:trPr>
          <w:trHeight w:val="409"/>
          <w:jc w:val="center"/>
        </w:trPr>
        <w:tc>
          <w:tcPr>
            <w:tcW w:w="3823" w:type="dxa"/>
            <w:vAlign w:val="center"/>
          </w:tcPr>
          <w:p w14:paraId="4A6B251A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>Tables and Figures Generation</w:t>
            </w:r>
          </w:p>
        </w:tc>
        <w:tc>
          <w:tcPr>
            <w:tcW w:w="1559" w:type="dxa"/>
            <w:vAlign w:val="center"/>
          </w:tcPr>
          <w:p w14:paraId="0B7B2400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36A">
              <w:rPr>
                <w:rFonts w:ascii="Segoe UI Symbol" w:hAnsi="Segoe UI Symbol" w:cs="Segoe UI Symbol"/>
              </w:rPr>
              <w:t>☐</w:t>
            </w: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 xml:space="preserve"> Yes    </w:t>
            </w:r>
            <w:r w:rsidRPr="005D136A">
              <w:rPr>
                <w:rFonts w:ascii="Segoe UI Symbol" w:hAnsi="Segoe UI Symbol" w:cs="Segoe UI Symbol"/>
              </w:rPr>
              <w:t>☐</w:t>
            </w:r>
            <w:r w:rsidRPr="005D136A">
              <w:rPr>
                <w:rFonts w:ascii="Times New Roman" w:hAnsi="Times New Roman" w:cs="Times New Roman"/>
              </w:rPr>
              <w:t xml:space="preserve"> </w:t>
            </w: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79" w:type="dxa"/>
            <w:vAlign w:val="center"/>
          </w:tcPr>
          <w:p w14:paraId="0E20C767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76A4" w:rsidRPr="005D136A" w14:paraId="4AB7F60B" w14:textId="77777777" w:rsidTr="005D136A">
        <w:trPr>
          <w:trHeight w:val="415"/>
          <w:jc w:val="center"/>
        </w:trPr>
        <w:tc>
          <w:tcPr>
            <w:tcW w:w="3823" w:type="dxa"/>
            <w:vAlign w:val="center"/>
          </w:tcPr>
          <w:p w14:paraId="6895D3C5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>English Language Editing / Grammar / Style</w:t>
            </w:r>
          </w:p>
        </w:tc>
        <w:tc>
          <w:tcPr>
            <w:tcW w:w="1559" w:type="dxa"/>
            <w:vAlign w:val="center"/>
          </w:tcPr>
          <w:p w14:paraId="56EA20C7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36A">
              <w:rPr>
                <w:rFonts w:ascii="Segoe UI Symbol" w:hAnsi="Segoe UI Symbol" w:cs="Segoe UI Symbol"/>
              </w:rPr>
              <w:t>☐</w:t>
            </w: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 xml:space="preserve"> Yes    </w:t>
            </w:r>
            <w:r w:rsidRPr="005D136A">
              <w:rPr>
                <w:rFonts w:ascii="Segoe UI Symbol" w:hAnsi="Segoe UI Symbol" w:cs="Segoe UI Symbol"/>
              </w:rPr>
              <w:t>☐</w:t>
            </w:r>
            <w:r w:rsidRPr="005D136A">
              <w:rPr>
                <w:rFonts w:ascii="Times New Roman" w:hAnsi="Times New Roman" w:cs="Times New Roman"/>
              </w:rPr>
              <w:t xml:space="preserve"> </w:t>
            </w:r>
            <w:r w:rsidRPr="005D136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79" w:type="dxa"/>
            <w:vAlign w:val="center"/>
          </w:tcPr>
          <w:p w14:paraId="6EF867EE" w14:textId="77777777" w:rsidR="001B76A4" w:rsidRPr="005D136A" w:rsidRDefault="001B76A4" w:rsidP="005D1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66E315" w14:textId="042B45B2" w:rsidR="007A28B8" w:rsidRPr="005D136A" w:rsidRDefault="00DD591E" w:rsidP="005D136A">
      <w:pPr>
        <w:spacing w:before="240" w:after="0" w:line="360" w:lineRule="auto"/>
        <w:rPr>
          <w:rFonts w:ascii="Times New Roman" w:eastAsiaTheme="majorEastAsia" w:hAnsi="Times New Roman" w:cs="Times New Roman"/>
          <w:b/>
          <w:bCs/>
          <w:color w:val="0000FF"/>
          <w:sz w:val="24"/>
          <w:szCs w:val="24"/>
        </w:rPr>
      </w:pPr>
      <w:r w:rsidRPr="005D136A">
        <w:rPr>
          <w:rFonts w:ascii="Times New Roman" w:eastAsiaTheme="majorEastAsia" w:hAnsi="Times New Roman" w:cs="Times New Roman"/>
          <w:b/>
          <w:bCs/>
          <w:color w:val="0000FF"/>
          <w:sz w:val="24"/>
          <w:szCs w:val="24"/>
        </w:rPr>
        <w:t>Section 3: Ethical and Scientific Commitments of the Author(s)</w:t>
      </w:r>
    </w:p>
    <w:p w14:paraId="1C22635D" w14:textId="77777777" w:rsidR="007A28B8" w:rsidRPr="005D136A" w:rsidRDefault="00DD591E" w:rsidP="005D136A">
      <w:pPr>
        <w:pStyle w:val="ListNumber"/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t>AI tools were used solely as research assistants and under full human supervision and review.</w:t>
      </w:r>
    </w:p>
    <w:p w14:paraId="6E4AAC3E" w14:textId="77777777" w:rsidR="007A28B8" w:rsidRPr="005D136A" w:rsidRDefault="00DD591E" w:rsidP="005D136A">
      <w:pPr>
        <w:pStyle w:val="ListNumber"/>
        <w:spacing w:after="120" w:line="360" w:lineRule="auto"/>
        <w:contextualSpacing w:val="0"/>
        <w:jc w:val="both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t>Full responsibility for the content, accuracy of data, results, analyses, and final scientific conclusions rests entirely with the human author(s).</w:t>
      </w:r>
    </w:p>
    <w:p w14:paraId="41BEAEF9" w14:textId="77777777" w:rsidR="007A28B8" w:rsidRPr="005D136A" w:rsidRDefault="00DD591E" w:rsidP="005D136A">
      <w:pPr>
        <w:pStyle w:val="ListNumber"/>
        <w:spacing w:after="120" w:line="360" w:lineRule="auto"/>
        <w:contextualSpacing w:val="0"/>
        <w:jc w:val="both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t>Any use of AI tools has been transparently disclosed in the Acknowledgments section or in a dedicated AI Usage Statement within the manuscript.</w:t>
      </w:r>
    </w:p>
    <w:p w14:paraId="4B4B6863" w14:textId="77777777" w:rsidR="007A28B8" w:rsidRPr="005D136A" w:rsidRDefault="00DD591E" w:rsidP="005D136A">
      <w:pPr>
        <w:pStyle w:val="ListNumber"/>
        <w:spacing w:after="120" w:line="360" w:lineRule="auto"/>
        <w:contextualSpacing w:val="0"/>
        <w:jc w:val="both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lastRenderedPageBreak/>
        <w:t>AI tools were not used to generate research data, fabricate results, create fictitious references, or produce scientific conclusions. All data and citations comply with accepted academic standards.</w:t>
      </w:r>
    </w:p>
    <w:p w14:paraId="26F08751" w14:textId="77777777" w:rsidR="007A28B8" w:rsidRPr="005D136A" w:rsidRDefault="00DD591E" w:rsidP="005D136A">
      <w:pPr>
        <w:pStyle w:val="ListNumber"/>
        <w:spacing w:after="120" w:line="360" w:lineRule="auto"/>
        <w:contextualSpacing w:val="0"/>
        <w:jc w:val="both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t>Intellectual property rights of third parties have been fully respected, and the manuscript is free from plagiarism.</w:t>
      </w:r>
    </w:p>
    <w:p w14:paraId="7483F0BC" w14:textId="77777777" w:rsidR="007A28B8" w:rsidRPr="005D136A" w:rsidRDefault="00DD591E" w:rsidP="005D136A">
      <w:pPr>
        <w:pStyle w:val="ListNumber"/>
        <w:spacing w:after="120" w:line="360" w:lineRule="auto"/>
        <w:contextualSpacing w:val="0"/>
        <w:jc w:val="both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t>Upon request by the Editor or reviewers, additional information regarding the nature and extent of AI tool usage will be provided.</w:t>
      </w:r>
    </w:p>
    <w:p w14:paraId="07F75C9A" w14:textId="77777777" w:rsidR="007A28B8" w:rsidRPr="005D136A" w:rsidRDefault="00DD591E" w:rsidP="005D136A">
      <w:pPr>
        <w:spacing w:before="240" w:after="0" w:line="360" w:lineRule="auto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5D136A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Section 4: </w:t>
      </w:r>
      <w:r w:rsidRPr="005D136A">
        <w:rPr>
          <w:rFonts w:ascii="Times New Roman" w:eastAsiaTheme="majorEastAsia" w:hAnsi="Times New Roman" w:cs="Times New Roman"/>
          <w:b/>
          <w:bCs/>
          <w:color w:val="0000FF"/>
          <w:sz w:val="24"/>
          <w:szCs w:val="24"/>
        </w:rPr>
        <w:t>Acceptance</w:t>
      </w:r>
      <w:r w:rsidRPr="005D136A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of Responsibility and Consequences</w:t>
      </w:r>
    </w:p>
    <w:p w14:paraId="37A82543" w14:textId="77777777" w:rsidR="007A28B8" w:rsidRPr="005D136A" w:rsidRDefault="00DD591E" w:rsidP="005D136A">
      <w:pPr>
        <w:spacing w:line="360" w:lineRule="auto"/>
        <w:jc w:val="both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t>I accept full responsibility for the authenticity and integrity of this work and commit to complying with the policies of the journal/publisher. Any violation of these commitments may result in rejection of the manuscript or retraction after publication.</w:t>
      </w:r>
    </w:p>
    <w:p w14:paraId="46737B56" w14:textId="77777777" w:rsidR="007A28B8" w:rsidRPr="005D136A" w:rsidRDefault="00DD591E" w:rsidP="005D136A">
      <w:pPr>
        <w:pStyle w:val="Heading2"/>
        <w:spacing w:line="36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5D136A">
        <w:rPr>
          <w:rFonts w:ascii="Times New Roman" w:hAnsi="Times New Roman" w:cs="Times New Roman"/>
          <w:color w:val="0000FF"/>
          <w:sz w:val="24"/>
          <w:szCs w:val="24"/>
        </w:rPr>
        <w:t>Section 5: Confirmation and Signature</w:t>
      </w:r>
    </w:p>
    <w:p w14:paraId="574F6663" w14:textId="16FEE9CC" w:rsidR="007A28B8" w:rsidRPr="005D136A" w:rsidRDefault="00DD591E" w:rsidP="005D136A">
      <w:pPr>
        <w:spacing w:line="360" w:lineRule="auto"/>
        <w:rPr>
          <w:rFonts w:ascii="Times New Roman" w:hAnsi="Times New Roman" w:cs="Times New Roman"/>
        </w:rPr>
      </w:pPr>
      <w:r w:rsidRPr="005D136A">
        <w:rPr>
          <w:rFonts w:ascii="Times New Roman" w:hAnsi="Times New Roman" w:cs="Times New Roman"/>
        </w:rPr>
        <w:t>Full Name of Corresponding Author:</w:t>
      </w:r>
      <w:r w:rsidR="00A61F73" w:rsidRPr="005D136A">
        <w:rPr>
          <w:rFonts w:ascii="Times New Roman" w:hAnsi="Times New Roman" w:cs="Times New Roman"/>
        </w:rPr>
        <w:t xml:space="preserve"> ----------------------------------------------------------------------------</w:t>
      </w:r>
      <w:r w:rsidRPr="005D136A">
        <w:rPr>
          <w:rFonts w:ascii="Times New Roman" w:hAnsi="Times New Roman" w:cs="Times New Roman"/>
        </w:rPr>
        <w:br/>
        <w:t>Date:</w:t>
      </w:r>
      <w:r w:rsidR="00A61F73" w:rsidRPr="005D136A">
        <w:rPr>
          <w:rFonts w:ascii="Times New Roman" w:hAnsi="Times New Roman" w:cs="Times New Roman"/>
        </w:rPr>
        <w:t xml:space="preserve"> --------------------------------------------------------------------------------------------------------------------</w:t>
      </w:r>
      <w:r w:rsidRPr="005D136A">
        <w:rPr>
          <w:rFonts w:ascii="Times New Roman" w:hAnsi="Times New Roman" w:cs="Times New Roman"/>
        </w:rPr>
        <w:br/>
        <w:t>Signature:</w:t>
      </w:r>
      <w:r w:rsidR="00A61F73" w:rsidRPr="005D136A">
        <w:rPr>
          <w:rFonts w:ascii="Times New Roman" w:hAnsi="Times New Roman" w:cs="Times New Roman"/>
        </w:rPr>
        <w:t xml:space="preserve"> --------------------------------------------------------------------------------------------------------------</w:t>
      </w:r>
      <w:r w:rsidRPr="005D136A">
        <w:rPr>
          <w:rFonts w:ascii="Times New Roman" w:hAnsi="Times New Roman" w:cs="Times New Roman"/>
        </w:rPr>
        <w:br/>
      </w:r>
      <w:r w:rsidRPr="005D136A">
        <w:rPr>
          <w:rFonts w:ascii="Times New Roman" w:hAnsi="Times New Roman" w:cs="Times New Roman"/>
        </w:rPr>
        <w:br/>
      </w:r>
    </w:p>
    <w:sectPr w:rsidR="007A28B8" w:rsidRPr="005D136A" w:rsidSect="005D136A">
      <w:pgSz w:w="11907" w:h="16840" w:code="9"/>
      <w:pgMar w:top="1418" w:right="1418" w:bottom="1418" w:left="1418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5ED14" w14:textId="77777777" w:rsidR="0049098C" w:rsidRDefault="0049098C" w:rsidP="005D136A">
      <w:pPr>
        <w:spacing w:after="0" w:line="240" w:lineRule="auto"/>
      </w:pPr>
      <w:r>
        <w:separator/>
      </w:r>
    </w:p>
  </w:endnote>
  <w:endnote w:type="continuationSeparator" w:id="0">
    <w:p w14:paraId="6891A768" w14:textId="77777777" w:rsidR="0049098C" w:rsidRDefault="0049098C" w:rsidP="005D1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D8C4D" w14:textId="77777777" w:rsidR="0049098C" w:rsidRDefault="0049098C" w:rsidP="005D136A">
      <w:pPr>
        <w:spacing w:after="0" w:line="240" w:lineRule="auto"/>
      </w:pPr>
      <w:r>
        <w:separator/>
      </w:r>
    </w:p>
  </w:footnote>
  <w:footnote w:type="continuationSeparator" w:id="0">
    <w:p w14:paraId="776EAA60" w14:textId="77777777" w:rsidR="0049098C" w:rsidRDefault="0049098C" w:rsidP="005D13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794240">
    <w:abstractNumId w:val="8"/>
  </w:num>
  <w:num w:numId="2" w16cid:durableId="910627070">
    <w:abstractNumId w:val="6"/>
  </w:num>
  <w:num w:numId="3" w16cid:durableId="1495873994">
    <w:abstractNumId w:val="5"/>
  </w:num>
  <w:num w:numId="4" w16cid:durableId="313143375">
    <w:abstractNumId w:val="4"/>
  </w:num>
  <w:num w:numId="5" w16cid:durableId="528958443">
    <w:abstractNumId w:val="7"/>
  </w:num>
  <w:num w:numId="6" w16cid:durableId="1333680179">
    <w:abstractNumId w:val="3"/>
  </w:num>
  <w:num w:numId="7" w16cid:durableId="2008053369">
    <w:abstractNumId w:val="2"/>
  </w:num>
  <w:num w:numId="8" w16cid:durableId="184098608">
    <w:abstractNumId w:val="1"/>
  </w:num>
  <w:num w:numId="9" w16cid:durableId="166134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6A4"/>
    <w:rsid w:val="0029639D"/>
    <w:rsid w:val="002D6927"/>
    <w:rsid w:val="00303A1C"/>
    <w:rsid w:val="00326F90"/>
    <w:rsid w:val="00347939"/>
    <w:rsid w:val="0049098C"/>
    <w:rsid w:val="004A52B8"/>
    <w:rsid w:val="004C3A5E"/>
    <w:rsid w:val="00511169"/>
    <w:rsid w:val="005D136A"/>
    <w:rsid w:val="00700148"/>
    <w:rsid w:val="00707973"/>
    <w:rsid w:val="007A28B8"/>
    <w:rsid w:val="009D7BD2"/>
    <w:rsid w:val="00A61F73"/>
    <w:rsid w:val="00AA1D8D"/>
    <w:rsid w:val="00B47730"/>
    <w:rsid w:val="00B54EAC"/>
    <w:rsid w:val="00BB7BE3"/>
    <w:rsid w:val="00CB0664"/>
    <w:rsid w:val="00DD59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A72FFA"/>
  <w14:defaultImageDpi w14:val="330"/>
  <w15:docId w15:val="{42F014FC-C8C6-4AE0-8BE9-64D88AF9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F9845D-EB04-4BEF-9AF0-50A96600E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S. Zti</cp:lastModifiedBy>
  <cp:revision>3</cp:revision>
  <dcterms:created xsi:type="dcterms:W3CDTF">2026-02-17T20:56:00Z</dcterms:created>
  <dcterms:modified xsi:type="dcterms:W3CDTF">2026-07-14T05:02:00Z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821d3c58-626f-42c2-a515-9c6465760055</vt:lpwstr>
  </property>
</Properties>
</file>